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指導教員承諾書</w:t>
      </w:r>
    </w:p>
    <w:p/>
    <w:p>
      <w:pPr>
        <w:spacing w:line="384" w:lineRule="auto"/>
      </w:pPr>
      <w:r>
        <w:t>2026年度 TU SPRING海外派遣プログラムへの参加について、下記学生が選択したプログラムに参加することを承諾します。</w:t>
      </w:r>
    </w:p>
    <w:p>
      <w:r>
        <w:rPr>
          <w:b/>
        </w:rPr>
        <w:t>【参加学生】</w:t>
      </w:r>
    </w:p>
    <w:p>
      <w:pPr>
        <w:ind w:left="283"/>
      </w:pPr>
      <w:r>
        <w:t>所属学部・研究科：　＿＿＿＿＿＿＿＿＿＿＿＿＿＿＿＿＿＿</w:t>
      </w:r>
    </w:p>
    <w:p>
      <w:pPr>
        <w:ind w:left="283"/>
      </w:pPr>
      <w:r>
        <w:t>学科・専攻等：　＿＿＿＿＿＿＿＿＿＿＿＿＿＿＿＿＿＿</w:t>
      </w:r>
    </w:p>
    <w:p>
      <w:pPr>
        <w:ind w:left="283"/>
      </w:pPr>
      <w:r>
        <w:t>学籍番号：　＿＿＿＿＿＿＿＿＿＿＿＿＿＿＿＿＿＿</w:t>
      </w:r>
    </w:p>
    <w:p>
      <w:pPr>
        <w:ind w:left="283"/>
      </w:pPr>
      <w:r>
        <w:t>学生氏名：　＿＿＿＿＿＿＿＿＿＿＿＿＿＿＿＿＿＿</w:t>
      </w:r>
    </w:p>
    <w:p>
      <w:r>
        <w:rPr>
          <w:b/>
        </w:rPr>
        <w:t>【参加プログラム】（該当するものにチェック）</w:t>
      </w:r>
    </w:p>
    <w:p>
      <w:pPr>
        <w:spacing w:after="160"/>
        <w:ind w:left="283"/>
      </w:pPr>
      <w:r>
        <w:t>□ ウガンダ海外実践教育プログラム（2027年2月16日～3月13日）</w:t>
      </w:r>
    </w:p>
    <w:p>
      <w:pPr>
        <w:spacing w:after="160"/>
        <w:ind w:left="283"/>
      </w:pPr>
      <w:r>
        <w:t>□ マレーシア・タイ海外実践教育プログラム（2027年2月10日～2月24日）</w:t>
      </w:r>
    </w:p>
    <w:p/>
    <w:p>
      <w:pPr>
        <w:spacing w:after="360"/>
      </w:pPr>
      <w:r>
        <w:t>承諾日：　　　　年　　　月　　　日</w:t>
      </w:r>
    </w:p>
    <w:p>
      <w:pPr>
        <w:spacing w:after="300"/>
      </w:pPr>
      <w:r>
        <w:t>指導教員所属：　＿＿＿＿＿＿＿＿＿＿＿＿＿＿＿＿＿＿</w:t>
      </w:r>
    </w:p>
    <w:p>
      <w:pPr>
        <w:spacing w:after="300"/>
      </w:pPr>
      <w:r>
        <w:t>指導教員氏名：　＿＿＿＿＿＿＿＿＿＿＿＿＿＿＿＿＿＿　（署名）</w:t>
      </w:r>
    </w:p>
    <w:sectPr w:rsidR="00FC693F" w:rsidRPr="0006063C" w:rsidSect="00034616">
      <w:pgSz w:w="12240" w:h="15840"/>
      <w:pgMar w:top="1474" w:right="1531" w:bottom="1304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Yu Mincho" w:hAnsi="Yu Mincho" w:eastAsia="游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