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19D55" w14:textId="21F44652" w:rsidR="00202A6C" w:rsidRPr="008C5455" w:rsidRDefault="00000000">
      <w:pPr>
        <w:spacing w:after="80"/>
        <w:jc w:val="center"/>
        <w:rPr>
          <w:sz w:val="32"/>
          <w:szCs w:val="32"/>
          <w:lang w:eastAsia="zh-CN"/>
        </w:rPr>
      </w:pPr>
      <w:r w:rsidRPr="008C5455">
        <w:rPr>
          <w:b/>
          <w:sz w:val="32"/>
          <w:szCs w:val="32"/>
          <w:lang w:eastAsia="zh-CN"/>
        </w:rPr>
        <w:t>2027</w:t>
      </w:r>
      <w:r w:rsidRPr="008C5455">
        <w:rPr>
          <w:b/>
          <w:sz w:val="32"/>
          <w:szCs w:val="32"/>
          <w:lang w:eastAsia="zh-CN"/>
        </w:rPr>
        <w:t>年度「日中友好協会希望奨学金」</w:t>
      </w:r>
      <w:r w:rsidR="00E442F3" w:rsidRPr="008C5455">
        <w:rPr>
          <w:rFonts w:hint="eastAsia"/>
          <w:b/>
          <w:sz w:val="32"/>
          <w:szCs w:val="32"/>
          <w:lang w:eastAsia="zh-CN"/>
        </w:rPr>
        <w:t>志願書</w:t>
      </w:r>
    </w:p>
    <w:p w14:paraId="4B80626E" w14:textId="77777777" w:rsidR="00202A6C" w:rsidRDefault="00000000">
      <w:pPr>
        <w:pStyle w:val="1"/>
        <w:spacing w:after="80"/>
      </w:pPr>
      <w:r>
        <w:t>1</w:t>
      </w:r>
      <w:r>
        <w:t>．応募者基本情報</w:t>
      </w:r>
    </w:p>
    <w:tbl>
      <w:tblPr>
        <w:tblStyle w:val="afe"/>
        <w:tblW w:w="0" w:type="auto"/>
        <w:jc w:val="center"/>
        <w:tblLook w:val="04A0" w:firstRow="1" w:lastRow="0" w:firstColumn="1" w:lastColumn="0" w:noHBand="0" w:noVBand="1"/>
      </w:tblPr>
      <w:tblGrid>
        <w:gridCol w:w="2268"/>
        <w:gridCol w:w="7704"/>
      </w:tblGrid>
      <w:tr w:rsidR="00202A6C" w14:paraId="3B33FED9" w14:textId="77777777" w:rsidTr="00C91145">
        <w:trPr>
          <w:jc w:val="center"/>
        </w:trPr>
        <w:tc>
          <w:tcPr>
            <w:tcW w:w="2268" w:type="dxa"/>
            <w:vAlign w:val="center"/>
          </w:tcPr>
          <w:p w14:paraId="7E32371E" w14:textId="77777777" w:rsidR="00202A6C" w:rsidRDefault="00000000">
            <w:proofErr w:type="spellStart"/>
            <w:r>
              <w:t>氏名（漢字</w:t>
            </w:r>
            <w:proofErr w:type="spellEnd"/>
            <w:r>
              <w:t>）</w:t>
            </w:r>
          </w:p>
        </w:tc>
        <w:tc>
          <w:tcPr>
            <w:tcW w:w="7704" w:type="dxa"/>
            <w:vAlign w:val="center"/>
          </w:tcPr>
          <w:p w14:paraId="67798018" w14:textId="77777777" w:rsidR="00202A6C" w:rsidRDefault="00202A6C"/>
        </w:tc>
      </w:tr>
      <w:tr w:rsidR="00202A6C" w14:paraId="507111A5" w14:textId="77777777" w:rsidTr="00C91145">
        <w:trPr>
          <w:jc w:val="center"/>
        </w:trPr>
        <w:tc>
          <w:tcPr>
            <w:tcW w:w="2268" w:type="dxa"/>
            <w:vAlign w:val="center"/>
          </w:tcPr>
          <w:p w14:paraId="54C49469" w14:textId="25E32CFA" w:rsidR="00202A6C" w:rsidRDefault="00000000">
            <w:proofErr w:type="spellStart"/>
            <w:r>
              <w:t>氏名</w:t>
            </w:r>
            <w:proofErr w:type="spellEnd"/>
            <w:r>
              <w:t>（</w:t>
            </w:r>
            <w:r w:rsidR="008C5455">
              <w:rPr>
                <w:rFonts w:hint="eastAsia"/>
                <w:lang w:eastAsia="ja-JP"/>
              </w:rPr>
              <w:t>ピンイン</w:t>
            </w:r>
            <w:r>
              <w:t>）</w:t>
            </w:r>
          </w:p>
        </w:tc>
        <w:tc>
          <w:tcPr>
            <w:tcW w:w="7704" w:type="dxa"/>
            <w:vAlign w:val="center"/>
          </w:tcPr>
          <w:p w14:paraId="147E6839" w14:textId="77777777" w:rsidR="00202A6C" w:rsidRDefault="00202A6C"/>
        </w:tc>
      </w:tr>
      <w:tr w:rsidR="00202A6C" w14:paraId="7A90018A" w14:textId="77777777" w:rsidTr="00C91145">
        <w:trPr>
          <w:jc w:val="center"/>
        </w:trPr>
        <w:tc>
          <w:tcPr>
            <w:tcW w:w="2268" w:type="dxa"/>
            <w:vAlign w:val="center"/>
          </w:tcPr>
          <w:p w14:paraId="1CBED6F6" w14:textId="77777777" w:rsidR="00202A6C" w:rsidRDefault="00000000">
            <w:proofErr w:type="spellStart"/>
            <w:r>
              <w:t>生年月日</w:t>
            </w:r>
            <w:proofErr w:type="spellEnd"/>
          </w:p>
        </w:tc>
        <w:tc>
          <w:tcPr>
            <w:tcW w:w="7704" w:type="dxa"/>
            <w:vAlign w:val="center"/>
          </w:tcPr>
          <w:p w14:paraId="6049640C" w14:textId="77777777" w:rsidR="00202A6C" w:rsidRDefault="00202A6C"/>
        </w:tc>
      </w:tr>
      <w:tr w:rsidR="008C5455" w14:paraId="0E05648F" w14:textId="77777777" w:rsidTr="00C91145">
        <w:trPr>
          <w:trHeight w:val="389"/>
          <w:jc w:val="center"/>
        </w:trPr>
        <w:tc>
          <w:tcPr>
            <w:tcW w:w="2268" w:type="dxa"/>
            <w:vAlign w:val="center"/>
          </w:tcPr>
          <w:p w14:paraId="1632509B" w14:textId="4541BFAF" w:rsidR="008C5455" w:rsidRDefault="008C5455">
            <w:r>
              <w:rPr>
                <w:rFonts w:hint="eastAsia"/>
                <w:lang w:eastAsia="ja-JP"/>
              </w:rPr>
              <w:t>応募時の年齢</w:t>
            </w:r>
          </w:p>
        </w:tc>
        <w:tc>
          <w:tcPr>
            <w:tcW w:w="7704" w:type="dxa"/>
            <w:vAlign w:val="center"/>
          </w:tcPr>
          <w:p w14:paraId="234AF77E" w14:textId="77777777" w:rsidR="008C5455" w:rsidRDefault="008C5455"/>
        </w:tc>
      </w:tr>
      <w:tr w:rsidR="00202A6C" w14:paraId="15B4AA79" w14:textId="77777777" w:rsidTr="00C91145">
        <w:trPr>
          <w:trHeight w:val="389"/>
          <w:jc w:val="center"/>
        </w:trPr>
        <w:tc>
          <w:tcPr>
            <w:tcW w:w="2268" w:type="dxa"/>
            <w:vAlign w:val="center"/>
          </w:tcPr>
          <w:p w14:paraId="0197FB88" w14:textId="77777777" w:rsidR="00202A6C" w:rsidRDefault="00000000">
            <w:proofErr w:type="spellStart"/>
            <w:r>
              <w:t>国籍</w:t>
            </w:r>
            <w:proofErr w:type="spellEnd"/>
          </w:p>
        </w:tc>
        <w:tc>
          <w:tcPr>
            <w:tcW w:w="7704" w:type="dxa"/>
            <w:vAlign w:val="center"/>
          </w:tcPr>
          <w:p w14:paraId="3E992F34" w14:textId="77777777" w:rsidR="00202A6C" w:rsidRDefault="00000000">
            <w:proofErr w:type="spellStart"/>
            <w:r>
              <w:t>中国</w:t>
            </w:r>
            <w:proofErr w:type="spellEnd"/>
          </w:p>
        </w:tc>
      </w:tr>
      <w:tr w:rsidR="00202A6C" w14:paraId="45B1BFA2" w14:textId="77777777" w:rsidTr="00C91145">
        <w:trPr>
          <w:jc w:val="center"/>
        </w:trPr>
        <w:tc>
          <w:tcPr>
            <w:tcW w:w="2268" w:type="dxa"/>
            <w:vAlign w:val="center"/>
          </w:tcPr>
          <w:p w14:paraId="4EFC94F6" w14:textId="77777777" w:rsidR="00202A6C" w:rsidRDefault="00000000">
            <w:proofErr w:type="spellStart"/>
            <w:r>
              <w:t>性別</w:t>
            </w:r>
            <w:proofErr w:type="spellEnd"/>
          </w:p>
        </w:tc>
        <w:tc>
          <w:tcPr>
            <w:tcW w:w="7704" w:type="dxa"/>
            <w:vAlign w:val="center"/>
          </w:tcPr>
          <w:p w14:paraId="4AEB7343" w14:textId="77777777" w:rsidR="00202A6C" w:rsidRDefault="00202A6C"/>
        </w:tc>
      </w:tr>
      <w:tr w:rsidR="00202A6C" w14:paraId="43AD0ADB" w14:textId="77777777" w:rsidTr="00C91145">
        <w:trPr>
          <w:jc w:val="center"/>
        </w:trPr>
        <w:tc>
          <w:tcPr>
            <w:tcW w:w="2268" w:type="dxa"/>
            <w:vAlign w:val="center"/>
          </w:tcPr>
          <w:p w14:paraId="4F119214" w14:textId="77777777" w:rsidR="00202A6C" w:rsidRDefault="00000000">
            <w:proofErr w:type="spellStart"/>
            <w:r>
              <w:t>現住所</w:t>
            </w:r>
            <w:proofErr w:type="spellEnd"/>
          </w:p>
        </w:tc>
        <w:tc>
          <w:tcPr>
            <w:tcW w:w="7704" w:type="dxa"/>
            <w:vAlign w:val="center"/>
          </w:tcPr>
          <w:p w14:paraId="701DD624" w14:textId="77777777" w:rsidR="00202A6C" w:rsidRDefault="00000000">
            <w:r>
              <w:t>〒</w:t>
            </w:r>
          </w:p>
        </w:tc>
      </w:tr>
      <w:tr w:rsidR="00202A6C" w14:paraId="1B8F73CC" w14:textId="77777777" w:rsidTr="00C91145">
        <w:trPr>
          <w:jc w:val="center"/>
        </w:trPr>
        <w:tc>
          <w:tcPr>
            <w:tcW w:w="2268" w:type="dxa"/>
            <w:vAlign w:val="center"/>
          </w:tcPr>
          <w:p w14:paraId="60863D10" w14:textId="77777777" w:rsidR="00202A6C" w:rsidRDefault="00000000">
            <w:proofErr w:type="spellStart"/>
            <w:r>
              <w:t>電話番号</w:t>
            </w:r>
            <w:proofErr w:type="spellEnd"/>
          </w:p>
        </w:tc>
        <w:tc>
          <w:tcPr>
            <w:tcW w:w="7704" w:type="dxa"/>
            <w:vAlign w:val="center"/>
          </w:tcPr>
          <w:p w14:paraId="18E16FEC" w14:textId="77777777" w:rsidR="00202A6C" w:rsidRDefault="00202A6C"/>
        </w:tc>
      </w:tr>
      <w:tr w:rsidR="00202A6C" w14:paraId="34C78AD5" w14:textId="77777777" w:rsidTr="00C91145">
        <w:trPr>
          <w:jc w:val="center"/>
        </w:trPr>
        <w:tc>
          <w:tcPr>
            <w:tcW w:w="2268" w:type="dxa"/>
            <w:vAlign w:val="center"/>
          </w:tcPr>
          <w:p w14:paraId="695A2263" w14:textId="77777777" w:rsidR="00202A6C" w:rsidRDefault="00000000">
            <w:r>
              <w:t>E-mail</w:t>
            </w:r>
          </w:p>
        </w:tc>
        <w:tc>
          <w:tcPr>
            <w:tcW w:w="7704" w:type="dxa"/>
            <w:vAlign w:val="center"/>
          </w:tcPr>
          <w:p w14:paraId="41E62288" w14:textId="77777777" w:rsidR="00202A6C" w:rsidRDefault="00202A6C"/>
        </w:tc>
      </w:tr>
    </w:tbl>
    <w:p w14:paraId="6625D588" w14:textId="77777777" w:rsidR="00202A6C" w:rsidRDefault="00000000">
      <w:pPr>
        <w:pStyle w:val="1"/>
        <w:spacing w:after="80"/>
      </w:pPr>
      <w:r>
        <w:t>2</w:t>
      </w:r>
      <w:r>
        <w:t>．現在の所属</w:t>
      </w:r>
    </w:p>
    <w:tbl>
      <w:tblPr>
        <w:tblStyle w:val="afe"/>
        <w:tblW w:w="0" w:type="auto"/>
        <w:jc w:val="center"/>
        <w:tblLook w:val="04A0" w:firstRow="1" w:lastRow="0" w:firstColumn="1" w:lastColumn="0" w:noHBand="0" w:noVBand="1"/>
      </w:tblPr>
      <w:tblGrid>
        <w:gridCol w:w="2835"/>
        <w:gridCol w:w="7137"/>
      </w:tblGrid>
      <w:tr w:rsidR="00202A6C" w14:paraId="1A5C8FD8" w14:textId="77777777" w:rsidTr="00D35ABF">
        <w:trPr>
          <w:jc w:val="center"/>
        </w:trPr>
        <w:tc>
          <w:tcPr>
            <w:tcW w:w="2835" w:type="dxa"/>
            <w:vAlign w:val="center"/>
          </w:tcPr>
          <w:p w14:paraId="547DBF89" w14:textId="77777777" w:rsidR="00202A6C" w:rsidRDefault="00000000">
            <w:proofErr w:type="spellStart"/>
            <w:r>
              <w:t>大学・大学院名</w:t>
            </w:r>
            <w:proofErr w:type="spellEnd"/>
          </w:p>
        </w:tc>
        <w:tc>
          <w:tcPr>
            <w:tcW w:w="7137" w:type="dxa"/>
            <w:vAlign w:val="center"/>
          </w:tcPr>
          <w:p w14:paraId="7729D1A5" w14:textId="77777777" w:rsidR="00202A6C" w:rsidRDefault="00202A6C"/>
        </w:tc>
      </w:tr>
      <w:tr w:rsidR="00202A6C" w14:paraId="3A5AF86A" w14:textId="77777777" w:rsidTr="00D35ABF">
        <w:trPr>
          <w:jc w:val="center"/>
        </w:trPr>
        <w:tc>
          <w:tcPr>
            <w:tcW w:w="2835" w:type="dxa"/>
            <w:vAlign w:val="center"/>
          </w:tcPr>
          <w:p w14:paraId="6C071055" w14:textId="77777777" w:rsidR="00202A6C" w:rsidRDefault="00000000">
            <w:proofErr w:type="spellStart"/>
            <w:r>
              <w:t>学部・研究科</w:t>
            </w:r>
            <w:proofErr w:type="spellEnd"/>
          </w:p>
        </w:tc>
        <w:tc>
          <w:tcPr>
            <w:tcW w:w="7137" w:type="dxa"/>
            <w:vAlign w:val="center"/>
          </w:tcPr>
          <w:p w14:paraId="660A75ED" w14:textId="77777777" w:rsidR="00202A6C" w:rsidRDefault="00202A6C"/>
        </w:tc>
      </w:tr>
      <w:tr w:rsidR="00202A6C" w14:paraId="59499B3A" w14:textId="77777777" w:rsidTr="00D35ABF">
        <w:trPr>
          <w:jc w:val="center"/>
        </w:trPr>
        <w:tc>
          <w:tcPr>
            <w:tcW w:w="2835" w:type="dxa"/>
            <w:vAlign w:val="center"/>
          </w:tcPr>
          <w:p w14:paraId="4EF8C2E3" w14:textId="77777777" w:rsidR="00202A6C" w:rsidRDefault="00000000">
            <w:proofErr w:type="spellStart"/>
            <w:r>
              <w:t>専攻</w:t>
            </w:r>
            <w:proofErr w:type="spellEnd"/>
          </w:p>
        </w:tc>
        <w:tc>
          <w:tcPr>
            <w:tcW w:w="7137" w:type="dxa"/>
            <w:vAlign w:val="center"/>
          </w:tcPr>
          <w:p w14:paraId="38596A23" w14:textId="77777777" w:rsidR="00202A6C" w:rsidRDefault="00202A6C"/>
        </w:tc>
      </w:tr>
      <w:tr w:rsidR="00202A6C" w14:paraId="3E150259" w14:textId="77777777" w:rsidTr="00D35ABF">
        <w:trPr>
          <w:jc w:val="center"/>
        </w:trPr>
        <w:tc>
          <w:tcPr>
            <w:tcW w:w="2835" w:type="dxa"/>
            <w:vAlign w:val="center"/>
          </w:tcPr>
          <w:p w14:paraId="77D4EA17" w14:textId="77777777" w:rsidR="00202A6C" w:rsidRDefault="00000000">
            <w:proofErr w:type="spellStart"/>
            <w:r>
              <w:t>課程・学年</w:t>
            </w:r>
            <w:proofErr w:type="spellEnd"/>
          </w:p>
        </w:tc>
        <w:tc>
          <w:tcPr>
            <w:tcW w:w="7137" w:type="dxa"/>
            <w:vAlign w:val="center"/>
          </w:tcPr>
          <w:p w14:paraId="3E257562" w14:textId="77777777" w:rsidR="00202A6C" w:rsidRDefault="00202A6C"/>
        </w:tc>
      </w:tr>
      <w:tr w:rsidR="00202A6C" w14:paraId="7FAFE1E8" w14:textId="77777777" w:rsidTr="00D35ABF">
        <w:trPr>
          <w:jc w:val="center"/>
        </w:trPr>
        <w:tc>
          <w:tcPr>
            <w:tcW w:w="2835" w:type="dxa"/>
            <w:vAlign w:val="center"/>
          </w:tcPr>
          <w:p w14:paraId="4707F0B1" w14:textId="77777777" w:rsidR="00202A6C" w:rsidRDefault="00000000">
            <w:proofErr w:type="spellStart"/>
            <w:r>
              <w:t>指導教員</w:t>
            </w:r>
            <w:proofErr w:type="spellEnd"/>
          </w:p>
        </w:tc>
        <w:tc>
          <w:tcPr>
            <w:tcW w:w="7137" w:type="dxa"/>
            <w:vAlign w:val="center"/>
          </w:tcPr>
          <w:p w14:paraId="16A98068" w14:textId="77777777" w:rsidR="00202A6C" w:rsidRDefault="00202A6C"/>
        </w:tc>
      </w:tr>
    </w:tbl>
    <w:p w14:paraId="092B61CD" w14:textId="77777777" w:rsidR="00202A6C" w:rsidRDefault="00000000">
      <w:pPr>
        <w:pStyle w:val="1"/>
        <w:spacing w:after="80"/>
      </w:pPr>
      <w:r>
        <w:t>3</w:t>
      </w:r>
      <w:r>
        <w:t>．</w:t>
      </w:r>
      <w:r>
        <w:t>2027</w:t>
      </w:r>
      <w:r>
        <w:t>年</w:t>
      </w:r>
      <w:r>
        <w:t>4</w:t>
      </w:r>
      <w:r>
        <w:t>月以降の所属</w:t>
      </w:r>
    </w:p>
    <w:tbl>
      <w:tblPr>
        <w:tblStyle w:val="afe"/>
        <w:tblW w:w="0" w:type="auto"/>
        <w:jc w:val="center"/>
        <w:tblLook w:val="04A0" w:firstRow="1" w:lastRow="0" w:firstColumn="1" w:lastColumn="0" w:noHBand="0" w:noVBand="1"/>
      </w:tblPr>
      <w:tblGrid>
        <w:gridCol w:w="3261"/>
        <w:gridCol w:w="6711"/>
      </w:tblGrid>
      <w:tr w:rsidR="00202A6C" w14:paraId="467A0B87" w14:textId="77777777" w:rsidTr="00C91145">
        <w:trPr>
          <w:jc w:val="center"/>
        </w:trPr>
        <w:tc>
          <w:tcPr>
            <w:tcW w:w="3261" w:type="dxa"/>
            <w:vAlign w:val="center"/>
          </w:tcPr>
          <w:p w14:paraId="6053AC78" w14:textId="09F74444" w:rsidR="00202A6C" w:rsidRDefault="00000000">
            <w:proofErr w:type="spellStart"/>
            <w:r>
              <w:t>大学院名</w:t>
            </w:r>
            <w:proofErr w:type="spellEnd"/>
          </w:p>
        </w:tc>
        <w:tc>
          <w:tcPr>
            <w:tcW w:w="6711" w:type="dxa"/>
            <w:vAlign w:val="center"/>
          </w:tcPr>
          <w:p w14:paraId="050C5DE0" w14:textId="77777777" w:rsidR="00202A6C" w:rsidRDefault="00202A6C"/>
        </w:tc>
      </w:tr>
      <w:tr w:rsidR="00202A6C" w14:paraId="4DD21A92" w14:textId="77777777" w:rsidTr="00C91145">
        <w:trPr>
          <w:jc w:val="center"/>
        </w:trPr>
        <w:tc>
          <w:tcPr>
            <w:tcW w:w="3261" w:type="dxa"/>
            <w:vAlign w:val="center"/>
          </w:tcPr>
          <w:p w14:paraId="531919E0" w14:textId="77777777" w:rsidR="00202A6C" w:rsidRDefault="00000000">
            <w:proofErr w:type="spellStart"/>
            <w:r>
              <w:t>研究科・専攻</w:t>
            </w:r>
            <w:proofErr w:type="spellEnd"/>
          </w:p>
        </w:tc>
        <w:tc>
          <w:tcPr>
            <w:tcW w:w="6711" w:type="dxa"/>
            <w:vAlign w:val="center"/>
          </w:tcPr>
          <w:p w14:paraId="05028C6E" w14:textId="77777777" w:rsidR="00202A6C" w:rsidRDefault="00202A6C"/>
        </w:tc>
      </w:tr>
      <w:tr w:rsidR="00202A6C" w14:paraId="3BBE3DBF" w14:textId="77777777" w:rsidTr="00C91145">
        <w:trPr>
          <w:jc w:val="center"/>
        </w:trPr>
        <w:tc>
          <w:tcPr>
            <w:tcW w:w="3261" w:type="dxa"/>
            <w:vAlign w:val="center"/>
          </w:tcPr>
          <w:p w14:paraId="10523F3D" w14:textId="77777777" w:rsidR="00202A6C" w:rsidRDefault="00000000">
            <w:proofErr w:type="spellStart"/>
            <w:r>
              <w:t>課程</w:t>
            </w:r>
            <w:proofErr w:type="spellEnd"/>
          </w:p>
        </w:tc>
        <w:tc>
          <w:tcPr>
            <w:tcW w:w="6711" w:type="dxa"/>
            <w:vAlign w:val="center"/>
          </w:tcPr>
          <w:p w14:paraId="3E50C5BA" w14:textId="77777777" w:rsidR="00202A6C" w:rsidRDefault="00000000">
            <w:proofErr w:type="spellStart"/>
            <w:r>
              <w:t>修士・博士</w:t>
            </w:r>
            <w:proofErr w:type="spellEnd"/>
          </w:p>
        </w:tc>
      </w:tr>
      <w:tr w:rsidR="00202A6C" w14:paraId="3E30C562" w14:textId="77777777" w:rsidTr="00C91145">
        <w:trPr>
          <w:jc w:val="center"/>
        </w:trPr>
        <w:tc>
          <w:tcPr>
            <w:tcW w:w="3261" w:type="dxa"/>
            <w:vAlign w:val="center"/>
          </w:tcPr>
          <w:p w14:paraId="0C53A5AD" w14:textId="31D3F8C5" w:rsidR="00202A6C" w:rsidRDefault="00000000">
            <w:pPr>
              <w:rPr>
                <w:lang w:eastAsia="ja-JP"/>
              </w:rPr>
            </w:pPr>
            <w:r>
              <w:rPr>
                <w:lang w:eastAsia="ja-JP"/>
              </w:rPr>
              <w:t>指導教員</w:t>
            </w:r>
            <w:r w:rsidR="00C91145">
              <w:rPr>
                <w:lang w:eastAsia="ja-JP"/>
              </w:rPr>
              <w:t>（決まっている場合）</w:t>
            </w:r>
          </w:p>
        </w:tc>
        <w:tc>
          <w:tcPr>
            <w:tcW w:w="6711" w:type="dxa"/>
            <w:vAlign w:val="center"/>
          </w:tcPr>
          <w:p w14:paraId="000796CC" w14:textId="7BFCF1C4" w:rsidR="00202A6C" w:rsidRDefault="00202A6C">
            <w:pPr>
              <w:rPr>
                <w:lang w:eastAsia="ja-JP"/>
              </w:rPr>
            </w:pPr>
          </w:p>
        </w:tc>
      </w:tr>
      <w:tr w:rsidR="00202A6C" w14:paraId="33C2EAEF" w14:textId="77777777" w:rsidTr="00C91145">
        <w:trPr>
          <w:jc w:val="center"/>
        </w:trPr>
        <w:tc>
          <w:tcPr>
            <w:tcW w:w="3261" w:type="dxa"/>
            <w:vAlign w:val="center"/>
          </w:tcPr>
          <w:p w14:paraId="7011200F" w14:textId="77777777" w:rsidR="00202A6C" w:rsidRDefault="00000000">
            <w:r>
              <w:t>2027</w:t>
            </w:r>
            <w:r>
              <w:t>年</w:t>
            </w:r>
            <w:r>
              <w:t>4</w:t>
            </w:r>
            <w:r>
              <w:t>月からの学年</w:t>
            </w:r>
          </w:p>
        </w:tc>
        <w:tc>
          <w:tcPr>
            <w:tcW w:w="6711" w:type="dxa"/>
            <w:vAlign w:val="center"/>
          </w:tcPr>
          <w:p w14:paraId="5C07D6A9" w14:textId="77777777" w:rsidR="00202A6C" w:rsidRDefault="00202A6C"/>
        </w:tc>
      </w:tr>
      <w:tr w:rsidR="00202A6C" w14:paraId="460572F6" w14:textId="77777777" w:rsidTr="00C91145">
        <w:trPr>
          <w:jc w:val="center"/>
        </w:trPr>
        <w:tc>
          <w:tcPr>
            <w:tcW w:w="3261" w:type="dxa"/>
            <w:vAlign w:val="center"/>
          </w:tcPr>
          <w:p w14:paraId="57BBAEFC" w14:textId="77777777" w:rsidR="00202A6C" w:rsidRDefault="00000000">
            <w:proofErr w:type="spellStart"/>
            <w:r>
              <w:t>卒業・修了予定年月</w:t>
            </w:r>
            <w:proofErr w:type="spellEnd"/>
          </w:p>
        </w:tc>
        <w:tc>
          <w:tcPr>
            <w:tcW w:w="6711" w:type="dxa"/>
            <w:vAlign w:val="center"/>
          </w:tcPr>
          <w:p w14:paraId="5634E36B" w14:textId="77777777" w:rsidR="00202A6C" w:rsidRDefault="00202A6C"/>
        </w:tc>
      </w:tr>
    </w:tbl>
    <w:p w14:paraId="6ABEBFEC" w14:textId="77777777" w:rsidR="00202A6C" w:rsidRDefault="00000000">
      <w:pPr>
        <w:pStyle w:val="1"/>
        <w:spacing w:after="80"/>
        <w:rPr>
          <w:lang w:eastAsia="ja-JP"/>
        </w:rPr>
      </w:pPr>
      <w:r>
        <w:rPr>
          <w:lang w:eastAsia="ja-JP"/>
        </w:rPr>
        <w:t>4</w:t>
      </w:r>
      <w:r>
        <w:rPr>
          <w:lang w:eastAsia="ja-JP"/>
        </w:rPr>
        <w:t>．日本での学修・留学について</w:t>
      </w:r>
    </w:p>
    <w:tbl>
      <w:tblPr>
        <w:tblStyle w:val="afe"/>
        <w:tblW w:w="0" w:type="auto"/>
        <w:jc w:val="center"/>
        <w:tblLook w:val="04A0" w:firstRow="1" w:lastRow="0" w:firstColumn="1" w:lastColumn="0" w:noHBand="0" w:noVBand="1"/>
      </w:tblPr>
      <w:tblGrid>
        <w:gridCol w:w="3544"/>
        <w:gridCol w:w="6428"/>
      </w:tblGrid>
      <w:tr w:rsidR="00202A6C" w14:paraId="1C83BDF8" w14:textId="77777777" w:rsidTr="00D35ABF">
        <w:trPr>
          <w:jc w:val="center"/>
        </w:trPr>
        <w:tc>
          <w:tcPr>
            <w:tcW w:w="3544" w:type="dxa"/>
            <w:vAlign w:val="center"/>
          </w:tcPr>
          <w:p w14:paraId="32D5C07D" w14:textId="77777777" w:rsidR="00202A6C" w:rsidRDefault="00000000">
            <w:proofErr w:type="spellStart"/>
            <w:r>
              <w:t>来日年月</w:t>
            </w:r>
            <w:proofErr w:type="spellEnd"/>
          </w:p>
        </w:tc>
        <w:tc>
          <w:tcPr>
            <w:tcW w:w="6428" w:type="dxa"/>
            <w:vAlign w:val="center"/>
          </w:tcPr>
          <w:p w14:paraId="4D4649A3" w14:textId="77777777" w:rsidR="00202A6C" w:rsidRDefault="00202A6C"/>
        </w:tc>
      </w:tr>
      <w:tr w:rsidR="00202A6C" w14:paraId="47AA41C1" w14:textId="77777777" w:rsidTr="00D35ABF">
        <w:trPr>
          <w:jc w:val="center"/>
        </w:trPr>
        <w:tc>
          <w:tcPr>
            <w:tcW w:w="3544" w:type="dxa"/>
            <w:vAlign w:val="center"/>
          </w:tcPr>
          <w:p w14:paraId="051B9F13" w14:textId="77777777" w:rsidR="00202A6C" w:rsidRDefault="00000000">
            <w:pPr>
              <w:rPr>
                <w:lang w:eastAsia="ja-JP"/>
              </w:rPr>
            </w:pPr>
            <w:r>
              <w:rPr>
                <w:lang w:eastAsia="ja-JP"/>
              </w:rPr>
              <w:t>日本での大学・大学院在学期間</w:t>
            </w:r>
          </w:p>
        </w:tc>
        <w:tc>
          <w:tcPr>
            <w:tcW w:w="6428" w:type="dxa"/>
            <w:vAlign w:val="center"/>
          </w:tcPr>
          <w:p w14:paraId="0FB2566D" w14:textId="77777777" w:rsidR="00202A6C" w:rsidRDefault="00202A6C">
            <w:pPr>
              <w:rPr>
                <w:lang w:eastAsia="ja-JP"/>
              </w:rPr>
            </w:pPr>
          </w:p>
        </w:tc>
      </w:tr>
      <w:tr w:rsidR="00202A6C" w14:paraId="52863893" w14:textId="77777777" w:rsidTr="00D35ABF">
        <w:trPr>
          <w:jc w:val="center"/>
        </w:trPr>
        <w:tc>
          <w:tcPr>
            <w:tcW w:w="3544" w:type="dxa"/>
            <w:vAlign w:val="center"/>
          </w:tcPr>
          <w:p w14:paraId="69A95EC1" w14:textId="77777777" w:rsidR="00202A6C" w:rsidRDefault="00000000">
            <w:pPr>
              <w:rPr>
                <w:lang w:eastAsia="ja-JP"/>
              </w:rPr>
            </w:pPr>
            <w:r>
              <w:rPr>
                <w:lang w:eastAsia="ja-JP"/>
              </w:rPr>
              <w:t>日本への留学を決めた理由</w:t>
            </w:r>
          </w:p>
        </w:tc>
        <w:tc>
          <w:tcPr>
            <w:tcW w:w="6428" w:type="dxa"/>
            <w:vAlign w:val="center"/>
          </w:tcPr>
          <w:p w14:paraId="0AA17AC7" w14:textId="77777777" w:rsidR="00202A6C" w:rsidRDefault="00202A6C">
            <w:pPr>
              <w:rPr>
                <w:lang w:eastAsia="ja-JP"/>
              </w:rPr>
            </w:pPr>
          </w:p>
          <w:p w14:paraId="5D66A70F" w14:textId="77777777" w:rsidR="00D35ABF" w:rsidRDefault="00D35ABF">
            <w:pPr>
              <w:rPr>
                <w:lang w:eastAsia="ja-JP"/>
              </w:rPr>
            </w:pPr>
          </w:p>
          <w:p w14:paraId="21A5038F" w14:textId="77777777" w:rsidR="00D35ABF" w:rsidRDefault="00D35ABF">
            <w:pPr>
              <w:rPr>
                <w:lang w:eastAsia="ja-JP"/>
              </w:rPr>
            </w:pPr>
          </w:p>
        </w:tc>
      </w:tr>
    </w:tbl>
    <w:p w14:paraId="02353F04" w14:textId="77777777" w:rsidR="00202A6C" w:rsidRDefault="00000000">
      <w:pPr>
        <w:pStyle w:val="1"/>
        <w:spacing w:after="80"/>
        <w:rPr>
          <w:lang w:eastAsia="ja-JP"/>
        </w:rPr>
      </w:pPr>
      <w:r>
        <w:rPr>
          <w:lang w:eastAsia="ja-JP"/>
        </w:rPr>
        <w:lastRenderedPageBreak/>
        <w:t>5</w:t>
      </w:r>
      <w:r>
        <w:rPr>
          <w:lang w:eastAsia="ja-JP"/>
        </w:rPr>
        <w:t>．これまでの主な活動</w:t>
      </w:r>
    </w:p>
    <w:p w14:paraId="4FBF273D" w14:textId="77777777" w:rsidR="00202A6C" w:rsidRDefault="00000000">
      <w:pPr>
        <w:spacing w:after="80"/>
        <w:rPr>
          <w:lang w:eastAsia="ja-JP"/>
        </w:rPr>
      </w:pPr>
      <w:r>
        <w:rPr>
          <w:lang w:eastAsia="ja-JP"/>
        </w:rPr>
        <w:t>大学・大学院での活動、研究活動、アルバイト、ボランティア、国際交流活動、課外活動など、特に自分が力を入れてきた活動を記入してください。</w:t>
      </w:r>
    </w:p>
    <w:tbl>
      <w:tblPr>
        <w:tblStyle w:val="afe"/>
        <w:tblW w:w="0" w:type="auto"/>
        <w:jc w:val="center"/>
        <w:tblLook w:val="04A0" w:firstRow="1" w:lastRow="0" w:firstColumn="1" w:lastColumn="0" w:noHBand="0" w:noVBand="1"/>
      </w:tblPr>
      <w:tblGrid>
        <w:gridCol w:w="3324"/>
        <w:gridCol w:w="3324"/>
        <w:gridCol w:w="3324"/>
      </w:tblGrid>
      <w:tr w:rsidR="00202A6C" w14:paraId="2A0297A2" w14:textId="77777777">
        <w:trPr>
          <w:jc w:val="center"/>
        </w:trPr>
        <w:tc>
          <w:tcPr>
            <w:tcW w:w="3324" w:type="dxa"/>
            <w:vAlign w:val="center"/>
          </w:tcPr>
          <w:p w14:paraId="73511E22" w14:textId="77777777" w:rsidR="00202A6C" w:rsidRDefault="00000000">
            <w:proofErr w:type="spellStart"/>
            <w:r>
              <w:t>時期</w:t>
            </w:r>
            <w:proofErr w:type="spellEnd"/>
          </w:p>
        </w:tc>
        <w:tc>
          <w:tcPr>
            <w:tcW w:w="3324" w:type="dxa"/>
            <w:vAlign w:val="center"/>
          </w:tcPr>
          <w:p w14:paraId="09FE006E" w14:textId="77777777" w:rsidR="00202A6C" w:rsidRDefault="00000000">
            <w:proofErr w:type="spellStart"/>
            <w:r>
              <w:t>活動内容</w:t>
            </w:r>
            <w:proofErr w:type="spellEnd"/>
          </w:p>
        </w:tc>
        <w:tc>
          <w:tcPr>
            <w:tcW w:w="3324" w:type="dxa"/>
            <w:vAlign w:val="center"/>
          </w:tcPr>
          <w:p w14:paraId="70633C06" w14:textId="77777777" w:rsidR="00202A6C" w:rsidRDefault="00000000">
            <w:pPr>
              <w:rPr>
                <w:lang w:eastAsia="ja-JP"/>
              </w:rPr>
            </w:pPr>
            <w:r>
              <w:rPr>
                <w:lang w:eastAsia="ja-JP"/>
              </w:rPr>
              <w:t>あなた自身の役割・取り組み</w:t>
            </w:r>
          </w:p>
        </w:tc>
      </w:tr>
      <w:tr w:rsidR="00202A6C" w14:paraId="77D9A860" w14:textId="77777777">
        <w:trPr>
          <w:jc w:val="center"/>
        </w:trPr>
        <w:tc>
          <w:tcPr>
            <w:tcW w:w="3324" w:type="dxa"/>
            <w:vAlign w:val="center"/>
          </w:tcPr>
          <w:p w14:paraId="407FF998" w14:textId="77777777" w:rsidR="00202A6C" w:rsidRDefault="00202A6C">
            <w:pPr>
              <w:rPr>
                <w:lang w:eastAsia="ja-JP"/>
              </w:rPr>
            </w:pPr>
          </w:p>
        </w:tc>
        <w:tc>
          <w:tcPr>
            <w:tcW w:w="3324" w:type="dxa"/>
            <w:vAlign w:val="center"/>
          </w:tcPr>
          <w:p w14:paraId="08970A99" w14:textId="77777777" w:rsidR="00202A6C" w:rsidRDefault="00202A6C">
            <w:pPr>
              <w:rPr>
                <w:lang w:eastAsia="ja-JP"/>
              </w:rPr>
            </w:pPr>
          </w:p>
        </w:tc>
        <w:tc>
          <w:tcPr>
            <w:tcW w:w="3324" w:type="dxa"/>
            <w:vAlign w:val="center"/>
          </w:tcPr>
          <w:p w14:paraId="257E42E9" w14:textId="77777777" w:rsidR="00202A6C" w:rsidRDefault="00202A6C">
            <w:pPr>
              <w:rPr>
                <w:lang w:eastAsia="ja-JP"/>
              </w:rPr>
            </w:pPr>
          </w:p>
        </w:tc>
      </w:tr>
      <w:tr w:rsidR="00202A6C" w14:paraId="0D2DD1D8" w14:textId="77777777">
        <w:trPr>
          <w:jc w:val="center"/>
        </w:trPr>
        <w:tc>
          <w:tcPr>
            <w:tcW w:w="3324" w:type="dxa"/>
            <w:vAlign w:val="center"/>
          </w:tcPr>
          <w:p w14:paraId="741D72DE" w14:textId="77777777" w:rsidR="00202A6C" w:rsidRDefault="00202A6C">
            <w:pPr>
              <w:rPr>
                <w:lang w:eastAsia="ja-JP"/>
              </w:rPr>
            </w:pPr>
          </w:p>
        </w:tc>
        <w:tc>
          <w:tcPr>
            <w:tcW w:w="3324" w:type="dxa"/>
            <w:vAlign w:val="center"/>
          </w:tcPr>
          <w:p w14:paraId="28CCA290" w14:textId="77777777" w:rsidR="00202A6C" w:rsidRDefault="00202A6C">
            <w:pPr>
              <w:rPr>
                <w:lang w:eastAsia="ja-JP"/>
              </w:rPr>
            </w:pPr>
          </w:p>
        </w:tc>
        <w:tc>
          <w:tcPr>
            <w:tcW w:w="3324" w:type="dxa"/>
            <w:vAlign w:val="center"/>
          </w:tcPr>
          <w:p w14:paraId="4D854827" w14:textId="77777777" w:rsidR="00202A6C" w:rsidRDefault="00202A6C">
            <w:pPr>
              <w:rPr>
                <w:lang w:eastAsia="ja-JP"/>
              </w:rPr>
            </w:pPr>
          </w:p>
        </w:tc>
      </w:tr>
      <w:tr w:rsidR="00202A6C" w14:paraId="743E651B" w14:textId="77777777">
        <w:trPr>
          <w:jc w:val="center"/>
        </w:trPr>
        <w:tc>
          <w:tcPr>
            <w:tcW w:w="3324" w:type="dxa"/>
            <w:vAlign w:val="center"/>
          </w:tcPr>
          <w:p w14:paraId="31D7FE7F" w14:textId="77777777" w:rsidR="00202A6C" w:rsidRDefault="00202A6C">
            <w:pPr>
              <w:rPr>
                <w:lang w:eastAsia="ja-JP"/>
              </w:rPr>
            </w:pPr>
          </w:p>
        </w:tc>
        <w:tc>
          <w:tcPr>
            <w:tcW w:w="3324" w:type="dxa"/>
            <w:vAlign w:val="center"/>
          </w:tcPr>
          <w:p w14:paraId="464B1C5D" w14:textId="77777777" w:rsidR="00202A6C" w:rsidRDefault="00202A6C">
            <w:pPr>
              <w:rPr>
                <w:lang w:eastAsia="ja-JP"/>
              </w:rPr>
            </w:pPr>
          </w:p>
        </w:tc>
        <w:tc>
          <w:tcPr>
            <w:tcW w:w="3324" w:type="dxa"/>
            <w:vAlign w:val="center"/>
          </w:tcPr>
          <w:p w14:paraId="4A8BE78A" w14:textId="77777777" w:rsidR="00202A6C" w:rsidRDefault="00202A6C">
            <w:pPr>
              <w:rPr>
                <w:lang w:eastAsia="ja-JP"/>
              </w:rPr>
            </w:pPr>
          </w:p>
        </w:tc>
      </w:tr>
      <w:tr w:rsidR="00202A6C" w14:paraId="7F3D219B" w14:textId="77777777">
        <w:trPr>
          <w:jc w:val="center"/>
        </w:trPr>
        <w:tc>
          <w:tcPr>
            <w:tcW w:w="3324" w:type="dxa"/>
            <w:vAlign w:val="center"/>
          </w:tcPr>
          <w:p w14:paraId="18B9C40F" w14:textId="77777777" w:rsidR="00202A6C" w:rsidRDefault="00202A6C">
            <w:pPr>
              <w:rPr>
                <w:lang w:eastAsia="ja-JP"/>
              </w:rPr>
            </w:pPr>
          </w:p>
        </w:tc>
        <w:tc>
          <w:tcPr>
            <w:tcW w:w="3324" w:type="dxa"/>
            <w:vAlign w:val="center"/>
          </w:tcPr>
          <w:p w14:paraId="29A321AF" w14:textId="77777777" w:rsidR="00202A6C" w:rsidRDefault="00202A6C">
            <w:pPr>
              <w:rPr>
                <w:lang w:eastAsia="ja-JP"/>
              </w:rPr>
            </w:pPr>
          </w:p>
        </w:tc>
        <w:tc>
          <w:tcPr>
            <w:tcW w:w="3324" w:type="dxa"/>
            <w:vAlign w:val="center"/>
          </w:tcPr>
          <w:p w14:paraId="724FECD2" w14:textId="77777777" w:rsidR="00202A6C" w:rsidRDefault="00202A6C">
            <w:pPr>
              <w:rPr>
                <w:lang w:eastAsia="ja-JP"/>
              </w:rPr>
            </w:pPr>
          </w:p>
        </w:tc>
      </w:tr>
    </w:tbl>
    <w:p w14:paraId="673F381C" w14:textId="77777777" w:rsidR="00202A6C" w:rsidRDefault="00000000">
      <w:pPr>
        <w:spacing w:after="80"/>
        <w:rPr>
          <w:lang w:eastAsia="ja-JP"/>
        </w:rPr>
      </w:pPr>
      <w:r>
        <w:rPr>
          <w:lang w:eastAsia="ja-JP"/>
        </w:rPr>
        <w:t>（活動の様子が分かる写真があれば添付してください）</w:t>
      </w:r>
    </w:p>
    <w:p w14:paraId="66D1C9AC" w14:textId="77777777" w:rsidR="00D35ABF" w:rsidRDefault="00D35ABF">
      <w:pPr>
        <w:spacing w:after="80"/>
        <w:rPr>
          <w:lang w:eastAsia="ja-JP"/>
        </w:rPr>
      </w:pPr>
    </w:p>
    <w:p w14:paraId="48BD9EA6" w14:textId="77777777" w:rsidR="00D35ABF" w:rsidRDefault="00D35ABF">
      <w:pPr>
        <w:spacing w:after="80"/>
        <w:rPr>
          <w:lang w:eastAsia="ja-JP"/>
        </w:rPr>
      </w:pPr>
    </w:p>
    <w:p w14:paraId="0F3D2DDB" w14:textId="77777777" w:rsidR="00D35ABF" w:rsidRDefault="00D35ABF">
      <w:pPr>
        <w:spacing w:after="80"/>
        <w:rPr>
          <w:lang w:eastAsia="ja-JP"/>
        </w:rPr>
      </w:pPr>
    </w:p>
    <w:p w14:paraId="7262BC3F" w14:textId="77777777" w:rsidR="00D35ABF" w:rsidRDefault="00D35ABF">
      <w:pPr>
        <w:spacing w:after="80"/>
        <w:rPr>
          <w:lang w:eastAsia="ja-JP"/>
        </w:rPr>
      </w:pPr>
    </w:p>
    <w:p w14:paraId="3E29BA4B" w14:textId="77777777" w:rsidR="00D35ABF" w:rsidRDefault="00D35ABF">
      <w:pPr>
        <w:spacing w:after="80"/>
        <w:rPr>
          <w:lang w:eastAsia="ja-JP"/>
        </w:rPr>
      </w:pPr>
    </w:p>
    <w:p w14:paraId="7F586D4C" w14:textId="77777777" w:rsidR="00202A6C" w:rsidRDefault="00000000">
      <w:pPr>
        <w:pStyle w:val="1"/>
        <w:spacing w:after="80"/>
        <w:rPr>
          <w:lang w:eastAsia="ja-JP"/>
        </w:rPr>
      </w:pPr>
      <w:r>
        <w:rPr>
          <w:lang w:eastAsia="ja-JP"/>
        </w:rPr>
        <w:t>6</w:t>
      </w:r>
      <w:r>
        <w:rPr>
          <w:lang w:eastAsia="ja-JP"/>
        </w:rPr>
        <w:t>．奨学金の受給状況</w:t>
      </w:r>
    </w:p>
    <w:p w14:paraId="7E6608B9" w14:textId="77777777" w:rsidR="00202A6C" w:rsidRDefault="00000000">
      <w:pPr>
        <w:spacing w:after="80"/>
        <w:rPr>
          <w:lang w:eastAsia="ja-JP"/>
        </w:rPr>
      </w:pPr>
      <w:r>
        <w:rPr>
          <w:lang w:eastAsia="ja-JP"/>
        </w:rPr>
        <w:t xml:space="preserve">① </w:t>
      </w:r>
      <w:r>
        <w:rPr>
          <w:lang w:eastAsia="ja-JP"/>
        </w:rPr>
        <w:t>現在受給している奨学金がある場合は記入してください。</w:t>
      </w:r>
    </w:p>
    <w:tbl>
      <w:tblPr>
        <w:tblStyle w:val="afe"/>
        <w:tblW w:w="0" w:type="auto"/>
        <w:jc w:val="center"/>
        <w:tblLook w:val="04A0" w:firstRow="1" w:lastRow="0" w:firstColumn="1" w:lastColumn="0" w:noHBand="0" w:noVBand="1"/>
      </w:tblPr>
      <w:tblGrid>
        <w:gridCol w:w="4986"/>
        <w:gridCol w:w="4986"/>
      </w:tblGrid>
      <w:tr w:rsidR="00202A6C" w14:paraId="04132F8F" w14:textId="77777777">
        <w:trPr>
          <w:jc w:val="center"/>
        </w:trPr>
        <w:tc>
          <w:tcPr>
            <w:tcW w:w="4986" w:type="dxa"/>
            <w:vAlign w:val="center"/>
          </w:tcPr>
          <w:p w14:paraId="2B6994D3" w14:textId="77777777" w:rsidR="00202A6C" w:rsidRDefault="00000000">
            <w:proofErr w:type="spellStart"/>
            <w:r>
              <w:t>奨学金名</w:t>
            </w:r>
            <w:proofErr w:type="spellEnd"/>
          </w:p>
        </w:tc>
        <w:tc>
          <w:tcPr>
            <w:tcW w:w="4986" w:type="dxa"/>
            <w:vAlign w:val="center"/>
          </w:tcPr>
          <w:p w14:paraId="0C7F209F" w14:textId="77777777" w:rsidR="00202A6C" w:rsidRDefault="00000000">
            <w:pPr>
              <w:rPr>
                <w:lang w:eastAsia="ja-JP"/>
              </w:rPr>
            </w:pPr>
            <w:r>
              <w:rPr>
                <w:lang w:eastAsia="ja-JP"/>
              </w:rPr>
              <w:t>月額／給付・貸与／給付・貸与期間</w:t>
            </w:r>
          </w:p>
        </w:tc>
      </w:tr>
      <w:tr w:rsidR="00202A6C" w14:paraId="02926E4D" w14:textId="77777777">
        <w:trPr>
          <w:jc w:val="center"/>
        </w:trPr>
        <w:tc>
          <w:tcPr>
            <w:tcW w:w="4986" w:type="dxa"/>
            <w:vAlign w:val="center"/>
          </w:tcPr>
          <w:p w14:paraId="6F143279" w14:textId="77777777" w:rsidR="00202A6C" w:rsidRDefault="00202A6C">
            <w:pPr>
              <w:rPr>
                <w:lang w:eastAsia="ja-JP"/>
              </w:rPr>
            </w:pPr>
          </w:p>
        </w:tc>
        <w:tc>
          <w:tcPr>
            <w:tcW w:w="4986" w:type="dxa"/>
            <w:vAlign w:val="center"/>
          </w:tcPr>
          <w:p w14:paraId="74E14EA1" w14:textId="77777777" w:rsidR="00202A6C" w:rsidRDefault="00202A6C">
            <w:pPr>
              <w:rPr>
                <w:lang w:eastAsia="ja-JP"/>
              </w:rPr>
            </w:pPr>
          </w:p>
        </w:tc>
      </w:tr>
      <w:tr w:rsidR="00202A6C" w14:paraId="6C8A3F3D" w14:textId="77777777">
        <w:trPr>
          <w:jc w:val="center"/>
        </w:trPr>
        <w:tc>
          <w:tcPr>
            <w:tcW w:w="4986" w:type="dxa"/>
            <w:vAlign w:val="center"/>
          </w:tcPr>
          <w:p w14:paraId="469E4488" w14:textId="77777777" w:rsidR="00202A6C" w:rsidRDefault="00202A6C">
            <w:pPr>
              <w:rPr>
                <w:lang w:eastAsia="ja-JP"/>
              </w:rPr>
            </w:pPr>
          </w:p>
        </w:tc>
        <w:tc>
          <w:tcPr>
            <w:tcW w:w="4986" w:type="dxa"/>
            <w:vAlign w:val="center"/>
          </w:tcPr>
          <w:p w14:paraId="40B7F6F7" w14:textId="77777777" w:rsidR="00202A6C" w:rsidRDefault="00202A6C">
            <w:pPr>
              <w:rPr>
                <w:lang w:eastAsia="ja-JP"/>
              </w:rPr>
            </w:pPr>
          </w:p>
        </w:tc>
      </w:tr>
    </w:tbl>
    <w:p w14:paraId="0EA8FB61" w14:textId="77777777" w:rsidR="00202A6C" w:rsidRDefault="00000000">
      <w:pPr>
        <w:spacing w:after="80"/>
        <w:rPr>
          <w:lang w:eastAsia="ja-JP"/>
        </w:rPr>
      </w:pPr>
      <w:r>
        <w:rPr>
          <w:lang w:eastAsia="ja-JP"/>
        </w:rPr>
        <w:t xml:space="preserve">② </w:t>
      </w:r>
      <w:r>
        <w:rPr>
          <w:lang w:eastAsia="ja-JP"/>
        </w:rPr>
        <w:t>申請中の奨学金がある場合は記入してください。</w:t>
      </w:r>
    </w:p>
    <w:tbl>
      <w:tblPr>
        <w:tblStyle w:val="afe"/>
        <w:tblW w:w="0" w:type="auto"/>
        <w:jc w:val="center"/>
        <w:tblLook w:val="04A0" w:firstRow="1" w:lastRow="0" w:firstColumn="1" w:lastColumn="0" w:noHBand="0" w:noVBand="1"/>
      </w:tblPr>
      <w:tblGrid>
        <w:gridCol w:w="4986"/>
        <w:gridCol w:w="4986"/>
      </w:tblGrid>
      <w:tr w:rsidR="00202A6C" w14:paraId="797651DD" w14:textId="77777777">
        <w:trPr>
          <w:jc w:val="center"/>
        </w:trPr>
        <w:tc>
          <w:tcPr>
            <w:tcW w:w="4986" w:type="dxa"/>
            <w:vAlign w:val="center"/>
          </w:tcPr>
          <w:p w14:paraId="03C0613A" w14:textId="77777777" w:rsidR="00202A6C" w:rsidRDefault="00000000">
            <w:proofErr w:type="spellStart"/>
            <w:r>
              <w:t>奨学金名</w:t>
            </w:r>
            <w:proofErr w:type="spellEnd"/>
          </w:p>
        </w:tc>
        <w:tc>
          <w:tcPr>
            <w:tcW w:w="4986" w:type="dxa"/>
            <w:vAlign w:val="center"/>
          </w:tcPr>
          <w:p w14:paraId="065EAF43" w14:textId="77777777" w:rsidR="00202A6C" w:rsidRDefault="00000000">
            <w:pPr>
              <w:rPr>
                <w:lang w:eastAsia="ja-JP"/>
              </w:rPr>
            </w:pPr>
            <w:r>
              <w:rPr>
                <w:lang w:eastAsia="ja-JP"/>
              </w:rPr>
              <w:t>月額／給付・貸与／給付・貸与期間・決定予定時期</w:t>
            </w:r>
          </w:p>
        </w:tc>
      </w:tr>
      <w:tr w:rsidR="00202A6C" w14:paraId="3B0F7A86" w14:textId="77777777">
        <w:trPr>
          <w:jc w:val="center"/>
        </w:trPr>
        <w:tc>
          <w:tcPr>
            <w:tcW w:w="4986" w:type="dxa"/>
            <w:vAlign w:val="center"/>
          </w:tcPr>
          <w:p w14:paraId="4B2F71C9" w14:textId="77777777" w:rsidR="00202A6C" w:rsidRDefault="00202A6C">
            <w:pPr>
              <w:rPr>
                <w:lang w:eastAsia="ja-JP"/>
              </w:rPr>
            </w:pPr>
          </w:p>
        </w:tc>
        <w:tc>
          <w:tcPr>
            <w:tcW w:w="4986" w:type="dxa"/>
            <w:vAlign w:val="center"/>
          </w:tcPr>
          <w:p w14:paraId="762D1870" w14:textId="77777777" w:rsidR="00202A6C" w:rsidRDefault="00202A6C">
            <w:pPr>
              <w:rPr>
                <w:lang w:eastAsia="ja-JP"/>
              </w:rPr>
            </w:pPr>
          </w:p>
        </w:tc>
      </w:tr>
      <w:tr w:rsidR="00202A6C" w14:paraId="4A4F1299" w14:textId="77777777" w:rsidTr="00D35ABF">
        <w:trPr>
          <w:jc w:val="center"/>
        </w:trPr>
        <w:tc>
          <w:tcPr>
            <w:tcW w:w="4986" w:type="dxa"/>
            <w:tcBorders>
              <w:bottom w:val="nil"/>
            </w:tcBorders>
            <w:vAlign w:val="center"/>
          </w:tcPr>
          <w:p w14:paraId="5BDC27A4" w14:textId="77777777" w:rsidR="00202A6C" w:rsidRDefault="00202A6C">
            <w:pPr>
              <w:rPr>
                <w:lang w:eastAsia="ja-JP"/>
              </w:rPr>
            </w:pPr>
          </w:p>
        </w:tc>
        <w:tc>
          <w:tcPr>
            <w:tcW w:w="4986" w:type="dxa"/>
            <w:tcBorders>
              <w:bottom w:val="nil"/>
            </w:tcBorders>
            <w:vAlign w:val="center"/>
          </w:tcPr>
          <w:p w14:paraId="27E9AAED" w14:textId="77777777" w:rsidR="00D35ABF" w:rsidRDefault="00D35ABF">
            <w:pPr>
              <w:rPr>
                <w:lang w:eastAsia="ja-JP"/>
              </w:rPr>
            </w:pPr>
          </w:p>
        </w:tc>
      </w:tr>
    </w:tbl>
    <w:p w14:paraId="574F5F1F" w14:textId="6AAC498D" w:rsidR="00202A6C" w:rsidRDefault="00D35ABF">
      <w:pPr>
        <w:pStyle w:val="1"/>
        <w:spacing w:after="80"/>
        <w:rPr>
          <w:lang w:eastAsia="ja-JP"/>
        </w:rPr>
      </w:pPr>
      <w:r>
        <w:rPr>
          <w:rFonts w:hint="eastAsia"/>
          <w:lang w:eastAsia="ja-JP"/>
        </w:rPr>
        <w:t>7</w:t>
      </w:r>
      <w:r>
        <w:rPr>
          <w:lang w:eastAsia="ja-JP"/>
        </w:rPr>
        <w:t>．現在の研究・学修内容</w:t>
      </w:r>
    </w:p>
    <w:p w14:paraId="1B00FFEE" w14:textId="77777777" w:rsidR="00202A6C" w:rsidRDefault="00000000">
      <w:pPr>
        <w:spacing w:after="80"/>
      </w:pPr>
      <w:r>
        <w:rPr>
          <w:lang w:eastAsia="ja-JP"/>
        </w:rPr>
        <w:t>現在取り組んでいる研究・学修について、専門知識のない人にも分かるように説明してください。</w:t>
      </w:r>
      <w:r>
        <w:rPr>
          <w:lang w:eastAsia="ja-JP"/>
        </w:rPr>
        <w:br/>
        <w:t>※</w:t>
      </w:r>
      <w:r>
        <w:rPr>
          <w:lang w:eastAsia="ja-JP"/>
        </w:rPr>
        <w:t>専門用語だけを並べるのではなく、「何を研究・学修しているのか」「なぜ重要なのか」が分かるように記入してください。</w:t>
      </w:r>
      <w:r>
        <w:rPr>
          <w:lang w:eastAsia="ja-JP"/>
        </w:rPr>
        <w:br/>
      </w:r>
      <w:r>
        <w:t>200</w:t>
      </w:r>
      <w:r>
        <w:t>字程度</w:t>
      </w:r>
      <w:r>
        <w:br/>
      </w:r>
      <w:r>
        <w:br/>
      </w:r>
      <w:r>
        <w:t xml:space="preserve">　　　　　　　　　　　　　　　　　　　　　　　　　　　　　　　　</w:t>
      </w:r>
    </w:p>
    <w:p w14:paraId="106714DF" w14:textId="646F6357" w:rsidR="00202A6C" w:rsidRDefault="00D35ABF">
      <w:pPr>
        <w:pStyle w:val="1"/>
        <w:spacing w:after="80"/>
        <w:rPr>
          <w:lang w:eastAsia="ja-JP"/>
        </w:rPr>
      </w:pPr>
      <w:r>
        <w:rPr>
          <w:rFonts w:hint="eastAsia"/>
          <w:lang w:eastAsia="ja-JP"/>
        </w:rPr>
        <w:lastRenderedPageBreak/>
        <w:t>8</w:t>
      </w:r>
      <w:r>
        <w:rPr>
          <w:lang w:eastAsia="ja-JP"/>
        </w:rPr>
        <w:t>．</w:t>
      </w:r>
      <w:r>
        <w:rPr>
          <w:rFonts w:hint="eastAsia"/>
          <w:lang w:eastAsia="ja-JP"/>
        </w:rPr>
        <w:t>研究</w:t>
      </w:r>
      <w:r>
        <w:rPr>
          <w:lang w:eastAsia="ja-JP"/>
        </w:rPr>
        <w:t>テーマを選んだきっかけ</w:t>
      </w:r>
    </w:p>
    <w:p w14:paraId="5D986675" w14:textId="77777777" w:rsidR="00202A6C" w:rsidRDefault="00000000">
      <w:pPr>
        <w:spacing w:after="80"/>
      </w:pPr>
      <w:r>
        <w:rPr>
          <w:lang w:eastAsia="ja-JP"/>
        </w:rPr>
        <w:t>現在の研究・学修テーマに取り組むことになったきっかけや経験について、あなた自身の具体的な経験を一つ以上挙げて説明してください。</w:t>
      </w:r>
      <w:r>
        <w:rPr>
          <w:lang w:eastAsia="ja-JP"/>
        </w:rPr>
        <w:br/>
      </w:r>
      <w:r>
        <w:t>200</w:t>
      </w:r>
      <w:r>
        <w:t>字程度</w:t>
      </w:r>
      <w:r>
        <w:br/>
      </w:r>
      <w:r>
        <w:br/>
      </w:r>
      <w:r>
        <w:t xml:space="preserve">　　　　　　　　　　　　　　　　　　　　　　　　　　　　　　　　</w:t>
      </w:r>
    </w:p>
    <w:p w14:paraId="3A9F803A" w14:textId="0CAA9E77" w:rsidR="00202A6C" w:rsidRDefault="00D35ABF">
      <w:pPr>
        <w:pStyle w:val="1"/>
        <w:spacing w:after="80"/>
        <w:rPr>
          <w:lang w:eastAsia="ja-JP"/>
        </w:rPr>
      </w:pPr>
      <w:r>
        <w:rPr>
          <w:rFonts w:hint="eastAsia"/>
          <w:lang w:eastAsia="ja-JP"/>
        </w:rPr>
        <w:t>9</w:t>
      </w:r>
      <w:r>
        <w:rPr>
          <w:lang w:eastAsia="ja-JP"/>
        </w:rPr>
        <w:t>．現在、一番困っていること・難しいこと</w:t>
      </w:r>
    </w:p>
    <w:p w14:paraId="1407163A" w14:textId="77777777" w:rsidR="00202A6C" w:rsidRDefault="00000000">
      <w:pPr>
        <w:spacing w:after="80"/>
      </w:pPr>
      <w:r>
        <w:rPr>
          <w:lang w:eastAsia="ja-JP"/>
        </w:rPr>
        <w:t>現在の研究・学修を進める中で、あなたが「一番困っていること」「難しいと感じていること」を一つ挙げてください。</w:t>
      </w:r>
      <w:r>
        <w:rPr>
          <w:lang w:eastAsia="ja-JP"/>
        </w:rPr>
        <w:br/>
      </w:r>
      <w:r>
        <w:rPr>
          <w:lang w:eastAsia="ja-JP"/>
        </w:rPr>
        <w:t>また、その課題に対して、現在どのように取り組んでいるか、今後どのように解決しようと考えているかを記入してください。</w:t>
      </w:r>
      <w:r>
        <w:rPr>
          <w:lang w:eastAsia="ja-JP"/>
        </w:rPr>
        <w:br/>
      </w:r>
      <w:r>
        <w:t>200</w:t>
      </w:r>
      <w:r>
        <w:t>字程度</w:t>
      </w:r>
      <w:r>
        <w:br/>
      </w:r>
      <w:r>
        <w:br/>
      </w:r>
      <w:r>
        <w:t xml:space="preserve">　　　　　　　　　　　　　　　　　　　　　　　　　　　　　　　　</w:t>
      </w:r>
    </w:p>
    <w:p w14:paraId="6EEC6AC9" w14:textId="0DB5A0E8" w:rsidR="00202A6C" w:rsidRDefault="00D35ABF">
      <w:pPr>
        <w:pStyle w:val="1"/>
        <w:spacing w:after="80"/>
        <w:rPr>
          <w:lang w:eastAsia="ja-JP"/>
        </w:rPr>
      </w:pPr>
      <w:r>
        <w:rPr>
          <w:rFonts w:hint="eastAsia"/>
          <w:lang w:eastAsia="ja-JP"/>
        </w:rPr>
        <w:t>10</w:t>
      </w:r>
      <w:r>
        <w:rPr>
          <w:lang w:eastAsia="ja-JP"/>
        </w:rPr>
        <w:t>．</w:t>
      </w:r>
      <w:r>
        <w:rPr>
          <w:lang w:eastAsia="ja-JP"/>
        </w:rPr>
        <w:t>2027</w:t>
      </w:r>
      <w:r>
        <w:rPr>
          <w:lang w:eastAsia="ja-JP"/>
        </w:rPr>
        <w:t>年度に取り組みたいこと</w:t>
      </w:r>
    </w:p>
    <w:p w14:paraId="61F6FEB6" w14:textId="437ECB9F" w:rsidR="00202A6C" w:rsidRDefault="00000000" w:rsidP="00D35ABF">
      <w:pPr>
        <w:spacing w:after="80"/>
        <w:rPr>
          <w:lang w:eastAsia="ja-JP"/>
        </w:rPr>
      </w:pPr>
      <w:r>
        <w:rPr>
          <w:lang w:eastAsia="ja-JP"/>
        </w:rPr>
        <w:t>2027</w:t>
      </w:r>
      <w:r>
        <w:rPr>
          <w:lang w:eastAsia="ja-JP"/>
        </w:rPr>
        <w:t>年度の</w:t>
      </w:r>
      <w:r>
        <w:rPr>
          <w:lang w:eastAsia="ja-JP"/>
        </w:rPr>
        <w:t>1</w:t>
      </w:r>
      <w:r>
        <w:rPr>
          <w:lang w:eastAsia="ja-JP"/>
        </w:rPr>
        <w:t>年間で、研究・学修について具体的に何を達成したいですか。</w:t>
      </w:r>
      <w:r>
        <w:rPr>
          <w:lang w:eastAsia="ja-JP"/>
        </w:rPr>
        <w:br/>
      </w:r>
      <w:r>
        <w:rPr>
          <w:lang w:eastAsia="ja-JP"/>
        </w:rPr>
        <w:t>「研究を頑張りたい」「知識を身につけたい」といった抽象的な目標ではなく、何を、なぜ、どのように行うのかを具体的に記入してください。</w:t>
      </w:r>
      <w:r>
        <w:rPr>
          <w:lang w:eastAsia="ja-JP"/>
        </w:rPr>
        <w:br/>
        <w:t>200</w:t>
      </w:r>
      <w:r>
        <w:rPr>
          <w:lang w:eastAsia="ja-JP"/>
        </w:rPr>
        <w:t>字程度</w:t>
      </w:r>
      <w:r>
        <w:rPr>
          <w:lang w:eastAsia="ja-JP"/>
        </w:rPr>
        <w:br/>
      </w:r>
    </w:p>
    <w:p w14:paraId="4CAAA187" w14:textId="77777777" w:rsidR="00D35ABF" w:rsidRDefault="00D35ABF" w:rsidP="00D35ABF">
      <w:pPr>
        <w:spacing w:after="80"/>
        <w:rPr>
          <w:lang w:eastAsia="ja-JP"/>
        </w:rPr>
      </w:pPr>
    </w:p>
    <w:p w14:paraId="283A05B3" w14:textId="77777777" w:rsidR="00D35ABF" w:rsidRDefault="00D35ABF" w:rsidP="00D35ABF">
      <w:pPr>
        <w:spacing w:after="80"/>
        <w:rPr>
          <w:lang w:eastAsia="ja-JP"/>
        </w:rPr>
      </w:pPr>
    </w:p>
    <w:p w14:paraId="5B968174" w14:textId="0BEAA313" w:rsidR="00202A6C" w:rsidRDefault="00D35ABF">
      <w:pPr>
        <w:pStyle w:val="1"/>
        <w:spacing w:after="80"/>
        <w:rPr>
          <w:lang w:eastAsia="ja-JP"/>
        </w:rPr>
      </w:pPr>
      <w:r>
        <w:rPr>
          <w:rFonts w:hint="eastAsia"/>
          <w:lang w:eastAsia="ja-JP"/>
        </w:rPr>
        <w:t>1</w:t>
      </w:r>
      <w:r>
        <w:rPr>
          <w:lang w:eastAsia="ja-JP"/>
        </w:rPr>
        <w:t>1</w:t>
      </w:r>
      <w:r>
        <w:rPr>
          <w:lang w:eastAsia="ja-JP"/>
        </w:rPr>
        <w:t>．自分が成長したと感じた経験</w:t>
      </w:r>
    </w:p>
    <w:p w14:paraId="37F12A37" w14:textId="77777777" w:rsidR="00202A6C" w:rsidRDefault="00000000">
      <w:pPr>
        <w:spacing w:after="80"/>
      </w:pPr>
      <w:r>
        <w:rPr>
          <w:lang w:eastAsia="ja-JP"/>
        </w:rPr>
        <w:t>これまでの人生で、「自分が成長した」と感じた出来事を具体的に一つ挙げて説明してください。</w:t>
      </w:r>
      <w:r>
        <w:rPr>
          <w:lang w:eastAsia="ja-JP"/>
        </w:rPr>
        <w:br/>
      </w:r>
      <w:r>
        <w:t>200</w:t>
      </w:r>
      <w:r>
        <w:t>字程度</w:t>
      </w:r>
      <w:r>
        <w:br/>
      </w:r>
      <w:r>
        <w:br/>
      </w:r>
      <w:r>
        <w:t xml:space="preserve">　　　　　　　　　　　　　　　　　　　　　　　　　　　　　　　　</w:t>
      </w:r>
    </w:p>
    <w:p w14:paraId="39ED491C" w14:textId="54F966DD" w:rsidR="00202A6C" w:rsidRDefault="00D35ABF">
      <w:pPr>
        <w:pStyle w:val="1"/>
        <w:spacing w:after="80"/>
        <w:rPr>
          <w:lang w:eastAsia="ja-JP"/>
        </w:rPr>
      </w:pPr>
      <w:r>
        <w:rPr>
          <w:rFonts w:hint="eastAsia"/>
          <w:lang w:eastAsia="ja-JP"/>
        </w:rPr>
        <w:t>1</w:t>
      </w:r>
      <w:r>
        <w:rPr>
          <w:lang w:eastAsia="ja-JP"/>
        </w:rPr>
        <w:t>2</w:t>
      </w:r>
      <w:r>
        <w:rPr>
          <w:lang w:eastAsia="ja-JP"/>
        </w:rPr>
        <w:t>．これまでの日中交流について</w:t>
      </w:r>
    </w:p>
    <w:p w14:paraId="5F1A9BCD" w14:textId="77777777" w:rsidR="00202A6C" w:rsidRDefault="00000000">
      <w:pPr>
        <w:spacing w:after="80"/>
      </w:pPr>
      <w:r>
        <w:rPr>
          <w:lang w:eastAsia="ja-JP"/>
        </w:rPr>
        <w:t>これまでに日本人との交流の中で、特に印象に残っている出来事を具体的に一つ挙げて説明してください。</w:t>
      </w:r>
      <w:r>
        <w:rPr>
          <w:lang w:eastAsia="ja-JP"/>
        </w:rPr>
        <w:br/>
      </w:r>
      <w:r>
        <w:t>200</w:t>
      </w:r>
      <w:r>
        <w:t>字程度</w:t>
      </w:r>
      <w:r>
        <w:br/>
      </w:r>
      <w:r>
        <w:lastRenderedPageBreak/>
        <w:br/>
      </w:r>
      <w:r>
        <w:t xml:space="preserve">　　　　　　　　　　　　　　　　　　　　　　　　　　　　　　　　</w:t>
      </w:r>
    </w:p>
    <w:p w14:paraId="1AD7DF24" w14:textId="7EEC0705" w:rsidR="00202A6C" w:rsidRDefault="00D35ABF">
      <w:pPr>
        <w:pStyle w:val="1"/>
        <w:spacing w:after="80"/>
        <w:rPr>
          <w:lang w:eastAsia="ja-JP"/>
        </w:rPr>
      </w:pPr>
      <w:r>
        <w:rPr>
          <w:rFonts w:hint="eastAsia"/>
          <w:lang w:eastAsia="ja-JP"/>
        </w:rPr>
        <w:t>1</w:t>
      </w:r>
      <w:r>
        <w:rPr>
          <w:lang w:eastAsia="ja-JP"/>
        </w:rPr>
        <w:t>3</w:t>
      </w:r>
      <w:r>
        <w:rPr>
          <w:lang w:eastAsia="ja-JP"/>
        </w:rPr>
        <w:t>．日中両国の交流を深めるために、あなたならどのような活動をしたいですか。</w:t>
      </w:r>
    </w:p>
    <w:p w14:paraId="66982F7C" w14:textId="77777777" w:rsidR="00202A6C" w:rsidRDefault="00000000">
      <w:pPr>
        <w:spacing w:after="80"/>
      </w:pPr>
      <w:r>
        <w:rPr>
          <w:lang w:eastAsia="ja-JP"/>
        </w:rPr>
        <w:t>これまでの経験や、これから取り組みたいことを踏まえ、日中両国の人々の交流や相互理解を深めるために、あなた自身ができること、または取り組んでみたい企画を具体的に記入してください。</w:t>
      </w:r>
      <w:r>
        <w:rPr>
          <w:lang w:eastAsia="ja-JP"/>
        </w:rPr>
        <w:br/>
      </w:r>
      <w:r>
        <w:t>400</w:t>
      </w:r>
      <w:r>
        <w:t>字程度</w:t>
      </w:r>
      <w:r>
        <w:br/>
      </w:r>
      <w:r>
        <w:br/>
      </w:r>
      <w:r>
        <w:t xml:space="preserve">　　　　　　　　　　　　　　　　　　　　　　　　　　　　　　　　</w:t>
      </w:r>
    </w:p>
    <w:p w14:paraId="776285DB" w14:textId="77777777" w:rsidR="00202A6C" w:rsidRDefault="00000000">
      <w:pPr>
        <w:pStyle w:val="1"/>
        <w:spacing w:after="80"/>
        <w:rPr>
          <w:lang w:eastAsia="ja-JP"/>
        </w:rPr>
      </w:pPr>
      <w:r>
        <w:rPr>
          <w:lang w:eastAsia="ja-JP"/>
        </w:rPr>
        <w:t>【応募者への確認事項】</w:t>
      </w:r>
    </w:p>
    <w:p w14:paraId="19B60C49" w14:textId="77777777" w:rsidR="00202A6C" w:rsidRDefault="00000000">
      <w:pPr>
        <w:spacing w:after="80"/>
        <w:rPr>
          <w:lang w:eastAsia="ja-JP"/>
        </w:rPr>
      </w:pPr>
      <w:r>
        <w:rPr>
          <w:lang w:eastAsia="ja-JP"/>
        </w:rPr>
        <w:t>以下を確認のうえ、チェックしてください。</w:t>
      </w:r>
    </w:p>
    <w:p w14:paraId="78020B62" w14:textId="03382ECD" w:rsidR="00202A6C" w:rsidRDefault="00000000">
      <w:pPr>
        <w:spacing w:after="80"/>
        <w:rPr>
          <w:lang w:eastAsia="ja-JP"/>
        </w:rPr>
      </w:pPr>
      <w:r>
        <w:rPr>
          <w:lang w:eastAsia="ja-JP"/>
        </w:rPr>
        <w:t xml:space="preserve">□ </w:t>
      </w:r>
      <w:r>
        <w:rPr>
          <w:lang w:eastAsia="ja-JP"/>
        </w:rPr>
        <w:t>この</w:t>
      </w:r>
      <w:r w:rsidR="000B6470">
        <w:rPr>
          <w:rFonts w:hint="eastAsia"/>
          <w:lang w:eastAsia="ja-JP"/>
        </w:rPr>
        <w:t>志願書</w:t>
      </w:r>
      <w:r>
        <w:rPr>
          <w:lang w:eastAsia="ja-JP"/>
        </w:rPr>
        <w:t>は、すべて自分自身で作成しました。</w:t>
      </w:r>
    </w:p>
    <w:p w14:paraId="017B97A8" w14:textId="77777777" w:rsidR="00202A6C" w:rsidRDefault="00000000">
      <w:pPr>
        <w:spacing w:after="80"/>
        <w:rPr>
          <w:lang w:eastAsia="ja-JP"/>
        </w:rPr>
      </w:pPr>
      <w:r>
        <w:rPr>
          <w:lang w:eastAsia="ja-JP"/>
        </w:rPr>
        <w:t xml:space="preserve">□ </w:t>
      </w:r>
      <w:r>
        <w:rPr>
          <w:lang w:eastAsia="ja-JP"/>
        </w:rPr>
        <w:t>記載した内容に虚偽はありません。</w:t>
      </w:r>
    </w:p>
    <w:p w14:paraId="7D75AE9E" w14:textId="77777777" w:rsidR="00202A6C" w:rsidRDefault="00000000">
      <w:pPr>
        <w:spacing w:after="80"/>
        <w:rPr>
          <w:lang w:eastAsia="ja-JP"/>
        </w:rPr>
      </w:pPr>
      <w:r>
        <w:rPr>
          <w:lang w:eastAsia="ja-JP"/>
        </w:rPr>
        <w:t xml:space="preserve">□ </w:t>
      </w:r>
      <w:r>
        <w:rPr>
          <w:lang w:eastAsia="ja-JP"/>
        </w:rPr>
        <w:t>募集要項の応募資格をすべて満たしています。</w:t>
      </w:r>
    </w:p>
    <w:p w14:paraId="26B8D225" w14:textId="3F2A304D" w:rsidR="00202A6C" w:rsidRDefault="00000000">
      <w:pPr>
        <w:spacing w:after="80"/>
        <w:rPr>
          <w:lang w:eastAsia="ja-JP"/>
        </w:rPr>
      </w:pPr>
      <w:r>
        <w:rPr>
          <w:lang w:eastAsia="ja-JP"/>
        </w:rPr>
        <w:t xml:space="preserve">□ </w:t>
      </w:r>
      <w:r w:rsidR="000B6470">
        <w:rPr>
          <w:lang w:eastAsia="ja-JP"/>
        </w:rPr>
        <w:t>この</w:t>
      </w:r>
      <w:r w:rsidR="000B6470">
        <w:rPr>
          <w:rFonts w:hint="eastAsia"/>
          <w:lang w:eastAsia="ja-JP"/>
        </w:rPr>
        <w:t>志願書</w:t>
      </w:r>
      <w:r>
        <w:rPr>
          <w:lang w:eastAsia="ja-JP"/>
        </w:rPr>
        <w:t>の内容について、二次選考のオンライン面接で質問された場合、自分の言葉で説明することができます。</w:t>
      </w:r>
    </w:p>
    <w:p w14:paraId="1B62A64B" w14:textId="77777777" w:rsidR="00202A6C" w:rsidRDefault="00000000">
      <w:pPr>
        <w:spacing w:after="80"/>
        <w:rPr>
          <w:lang w:eastAsia="ja-JP"/>
        </w:rPr>
      </w:pPr>
      <w:r>
        <w:rPr>
          <w:lang w:eastAsia="ja-JP"/>
        </w:rPr>
        <w:t xml:space="preserve">□ </w:t>
      </w:r>
      <w:r>
        <w:rPr>
          <w:lang w:eastAsia="ja-JP"/>
        </w:rPr>
        <w:t>本人が作成した内容であることを確認するため、本会から追加の確認を求められた場合は、必要な確認に対応します。</w:t>
      </w:r>
    </w:p>
    <w:p w14:paraId="32923E59" w14:textId="77777777" w:rsidR="00202A6C" w:rsidRDefault="00000000">
      <w:pPr>
        <w:spacing w:after="80"/>
      </w:pPr>
      <w:r>
        <w:t>提出日：</w:t>
      </w:r>
      <w:r>
        <w:t>2026</w:t>
      </w:r>
      <w:r>
        <w:t>年　　月　　日</w:t>
      </w:r>
    </w:p>
    <w:p w14:paraId="2F6EB187" w14:textId="77777777" w:rsidR="00202A6C" w:rsidRDefault="00000000">
      <w:pPr>
        <w:pStyle w:val="1"/>
        <w:spacing w:after="80"/>
        <w:rPr>
          <w:lang w:eastAsia="ja-JP"/>
        </w:rPr>
      </w:pPr>
      <w:r>
        <w:rPr>
          <w:lang w:eastAsia="ja-JP"/>
        </w:rPr>
        <w:t>【応募者への注意事項】</w:t>
      </w:r>
    </w:p>
    <w:p w14:paraId="449D4FAD" w14:textId="36F36BF5" w:rsidR="00202A6C" w:rsidRDefault="00EF7F26">
      <w:pPr>
        <w:spacing w:after="80"/>
        <w:rPr>
          <w:lang w:eastAsia="ja-JP"/>
        </w:rPr>
      </w:pPr>
      <w:r>
        <w:rPr>
          <w:noProof/>
          <w:lang w:eastAsia="ja-JP"/>
        </w:rPr>
        <mc:AlternateContent>
          <mc:Choice Requires="wps">
            <w:drawing>
              <wp:anchor distT="45720" distB="45720" distL="114300" distR="114300" simplePos="0" relativeHeight="251659264" behindDoc="0" locked="0" layoutInCell="1" allowOverlap="1" wp14:anchorId="150489B5" wp14:editId="323A876B">
                <wp:simplePos x="0" y="0"/>
                <wp:positionH relativeFrom="column">
                  <wp:posOffset>33443</wp:posOffset>
                </wp:positionH>
                <wp:positionV relativeFrom="paragraph">
                  <wp:posOffset>1528234</wp:posOffset>
                </wp:positionV>
                <wp:extent cx="6282267" cy="875242"/>
                <wp:effectExtent l="0" t="0" r="23495" b="2032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2267" cy="875242"/>
                        </a:xfrm>
                        <a:prstGeom prst="rect">
                          <a:avLst/>
                        </a:prstGeom>
                        <a:solidFill>
                          <a:srgbClr val="FFFFFF"/>
                        </a:solidFill>
                        <a:ln w="9525">
                          <a:solidFill>
                            <a:srgbClr val="000000"/>
                          </a:solidFill>
                          <a:miter lim="800000"/>
                          <a:headEnd/>
                          <a:tailEnd/>
                        </a:ln>
                      </wps:spPr>
                      <wps:txbx>
                        <w:txbxContent>
                          <w:p w14:paraId="3FFCA419" w14:textId="3370395F" w:rsidR="00EF7F26" w:rsidRDefault="00EF7F26">
                            <w:pPr>
                              <w:rPr>
                                <w:lang w:eastAsia="ja-JP"/>
                              </w:rPr>
                            </w:pPr>
                            <w:r>
                              <w:rPr>
                                <w:rFonts w:hint="eastAsia"/>
                                <w:lang w:eastAsia="ja-JP"/>
                              </w:rPr>
                              <w:t>本紙と推薦状を一つの</w:t>
                            </w:r>
                            <w:r>
                              <w:rPr>
                                <w:rFonts w:hint="eastAsia"/>
                                <w:lang w:eastAsia="ja-JP"/>
                              </w:rPr>
                              <w:t>PDF</w:t>
                            </w:r>
                            <w:r>
                              <w:rPr>
                                <w:rFonts w:hint="eastAsia"/>
                                <w:lang w:eastAsia="ja-JP"/>
                              </w:rPr>
                              <w:t>ファイルにして、応募フォームから提出してください。応募フォーム提出後自動返信メールで受験番号が付与されます。受験番号はご自身で控えてください。メールが来ない場合は迷惑メールフォルダをご確認ください。</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0489B5" id="_x0000_t202" coordsize="21600,21600" o:spt="202" path="m,l,21600r21600,l21600,xe">
                <v:stroke joinstyle="miter"/>
                <v:path gradientshapeok="t" o:connecttype="rect"/>
              </v:shapetype>
              <v:shape id="テキスト ボックス 2" o:spid="_x0000_s1026" type="#_x0000_t202" style="position:absolute;margin-left:2.65pt;margin-top:120.35pt;width:494.65pt;height:68.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">
                <v:textbox>
                  <w:txbxContent>
                    <w:p w14:paraId="3FFCA419" w14:textId="3370395F" w:rsidR="00EF7F26" w:rsidRDefault="00EF7F26">
                      <w:pPr>
                        <w:rPr>
                          <w:lang w:eastAsia="ja-JP"/>
                        </w:rPr>
                      </w:pPr>
                      <w:r>
                        <w:rPr>
                          <w:rFonts w:hint="eastAsia"/>
                          <w:lang w:eastAsia="ja-JP"/>
                        </w:rPr>
                        <w:t>本紙と推薦状を一つの</w:t>
                      </w:r>
                      <w:r>
                        <w:rPr>
                          <w:rFonts w:hint="eastAsia"/>
                          <w:lang w:eastAsia="ja-JP"/>
                        </w:rPr>
                        <w:t>PDF</w:t>
                      </w:r>
                      <w:r>
                        <w:rPr>
                          <w:rFonts w:hint="eastAsia"/>
                          <w:lang w:eastAsia="ja-JP"/>
                        </w:rPr>
                        <w:t>ファイルにして、応募フォームから提出してください。応募フォーム提出後自動返信メールで受験番号が付与されます。受験番号はご自身で控えてください。メールが来ない場合は迷惑メールフォルダをご確認ください。</w:t>
                      </w:r>
                    </w:p>
                  </w:txbxContent>
                </v:textbox>
              </v:shape>
            </w:pict>
          </mc:Fallback>
        </mc:AlternateContent>
      </w:r>
      <w:r w:rsidR="008C5455">
        <w:rPr>
          <w:rFonts w:hint="eastAsia"/>
          <w:lang w:eastAsia="ja-JP"/>
        </w:rPr>
        <w:t>審査</w:t>
      </w:r>
      <w:r>
        <w:rPr>
          <w:lang w:eastAsia="ja-JP"/>
        </w:rPr>
        <w:t>では、応募者自身の経験、考え、研究・学修への取り組みを重視します。一般的な文章や他者が作成した文章ではなく、自分自身の経験に基づき、自分の言葉で</w:t>
      </w:r>
      <w:r>
        <w:rPr>
          <w:rFonts w:hint="eastAsia"/>
          <w:lang w:eastAsia="ja-JP"/>
        </w:rPr>
        <w:t>具体的に</w:t>
      </w:r>
      <w:r>
        <w:rPr>
          <w:lang w:eastAsia="ja-JP"/>
        </w:rPr>
        <w:t>記入してください。</w:t>
      </w:r>
      <w:r>
        <w:rPr>
          <w:lang w:eastAsia="ja-JP"/>
        </w:rPr>
        <w:br/>
      </w:r>
      <w:r>
        <w:rPr>
          <w:lang w:eastAsia="ja-JP"/>
        </w:rPr>
        <w:t>提出された内容については、二次選考のオンライン面接にて確認します。</w:t>
      </w:r>
      <w:r>
        <w:rPr>
          <w:lang w:eastAsia="ja-JP"/>
        </w:rPr>
        <w:br/>
      </w:r>
      <w:r>
        <w:rPr>
          <w:lang w:eastAsia="ja-JP"/>
        </w:rPr>
        <w:t>生成</w:t>
      </w:r>
      <w:r>
        <w:rPr>
          <w:lang w:eastAsia="ja-JP"/>
        </w:rPr>
        <w:t>AI</w:t>
      </w:r>
      <w:r>
        <w:rPr>
          <w:lang w:eastAsia="ja-JP"/>
        </w:rPr>
        <w:t>等を利用して作成した文章を、そのまま本人が作成した文章として提出することは認めません。</w:t>
      </w:r>
    </w:p>
    <w:sectPr w:rsidR="00202A6C" w:rsidSect="00034616">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555FE" w14:textId="77777777" w:rsidR="00A40718" w:rsidRDefault="00A40718" w:rsidP="008C5455">
      <w:pPr>
        <w:spacing w:after="0" w:line="240" w:lineRule="auto"/>
      </w:pPr>
      <w:r>
        <w:separator/>
      </w:r>
    </w:p>
  </w:endnote>
  <w:endnote w:type="continuationSeparator" w:id="0">
    <w:p w14:paraId="390DDBD0" w14:textId="77777777" w:rsidR="00A40718" w:rsidRDefault="00A40718" w:rsidP="008C54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37877" w14:textId="77777777" w:rsidR="00A40718" w:rsidRDefault="00A40718" w:rsidP="008C5455">
      <w:pPr>
        <w:spacing w:after="0" w:line="240" w:lineRule="auto"/>
      </w:pPr>
      <w:r>
        <w:separator/>
      </w:r>
    </w:p>
  </w:footnote>
  <w:footnote w:type="continuationSeparator" w:id="0">
    <w:p w14:paraId="6FFE61F2" w14:textId="77777777" w:rsidR="00A40718" w:rsidRDefault="00A40718" w:rsidP="008C54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772213386">
    <w:abstractNumId w:val="8"/>
  </w:num>
  <w:num w:numId="2" w16cid:durableId="141969083">
    <w:abstractNumId w:val="6"/>
  </w:num>
  <w:num w:numId="3" w16cid:durableId="345985750">
    <w:abstractNumId w:val="5"/>
  </w:num>
  <w:num w:numId="4" w16cid:durableId="666517894">
    <w:abstractNumId w:val="4"/>
  </w:num>
  <w:num w:numId="5" w16cid:durableId="922372893">
    <w:abstractNumId w:val="7"/>
  </w:num>
  <w:num w:numId="6" w16cid:durableId="86311771">
    <w:abstractNumId w:val="3"/>
  </w:num>
  <w:num w:numId="7" w16cid:durableId="518348959">
    <w:abstractNumId w:val="2"/>
  </w:num>
  <w:num w:numId="8" w16cid:durableId="495995757">
    <w:abstractNumId w:val="1"/>
  </w:num>
  <w:num w:numId="9" w16cid:durableId="1753549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6470"/>
    <w:rsid w:val="0015074B"/>
    <w:rsid w:val="00202A6C"/>
    <w:rsid w:val="0029639D"/>
    <w:rsid w:val="00326F90"/>
    <w:rsid w:val="005C0233"/>
    <w:rsid w:val="007561FB"/>
    <w:rsid w:val="008C5455"/>
    <w:rsid w:val="00A40718"/>
    <w:rsid w:val="00AA1D8D"/>
    <w:rsid w:val="00AA5B8D"/>
    <w:rsid w:val="00B47730"/>
    <w:rsid w:val="00C91145"/>
    <w:rsid w:val="00CB0664"/>
    <w:rsid w:val="00D35ABF"/>
    <w:rsid w:val="00E442F3"/>
    <w:rsid w:val="00EF7F26"/>
    <w:rsid w:val="00F6097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5C70D1C8"/>
  <w14:defaultImageDpi w14:val="300"/>
  <w15:docId w15:val="{326F12BE-A7BB-4DEC-95E9-990532CBF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游ゴシック" w:hAnsi="游ゴシック"/>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290</Words>
  <Characters>1658</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1945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tomoko maeda</cp:lastModifiedBy>
  <cp:revision>7</cp:revision>
  <dcterms:created xsi:type="dcterms:W3CDTF">2013-12-23T23:15:00Z</dcterms:created>
  <dcterms:modified xsi:type="dcterms:W3CDTF">2026-09-29T06:38:00Z</dcterms:modified>
  <cp:category/>
</cp:coreProperties>
</file>